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🔴 חט"ע · כיתות י–יב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👩‍🏫 מערך שיעור – מתכננים, לומדים, מצליחים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🔴 חט"ע (כיתות י–יב) · לקראת תקופת בגרויות · המצגת והפעילויות: lomdim-lemivchan.sites.tab.bot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לזהות את "גנבי הזמן" ולבחור כלי אחד נגדם.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לבנות תכנית למידה לאחור מתאריך בגרות אמיתי.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להכיר שיטות למידה מבוססות מחקר ולהתנסות באחת.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לתרגל כלי חוסן להתמודדות עם לחץ מבחנים.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⏱️ שיעור של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636"/>
        <w:gridCol w:w="2636"/>
        <w:gridCol w:w="2636"/>
        <w:gridCol w:w="2636"/>
      </w:tblGrid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דקות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שלב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מה עושים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חומרים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0–5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פתיחה וסקר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1–2: "איך אני מתכונן/ת לבגרות?", חשיפה ושיחה קצרה על "אשליית ההיכרות" – זה נראה מוכר, אבל האם אני יודע/ת לשלוף?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מקרן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5–12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גנבי הזמן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4 + חידון "גנבי הזמן" ביחידים בטלפון. כל אחד/ת מעריך/ה כמה זמן ביום הולך לגנב שלו/ה.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חידון באתר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12–24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תכנון לאחור לכמה מועדים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6–7: כל תלמיד/ה כותב/ת את מועדי הבגרויות שלו/ה ובונה תכנית לבגרות הקרובה במתכנן.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מתכנן / דף ספירה לאחור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24–33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שיטות מבוססות מחקר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9–10: שליפה, בחינות קודמות, חזרה מרווחת, תרגול מעורב. התנסות: 2 דקות כתיבה מהזיכרון על נושא מהבגרות הקרובה.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כרטיסי שיטות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33–40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חוסן מול לחץ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13: נשימת קופסה ו"מה בשליטתי?" – כל אחד/ת כותב/ת 3 דברים שבשליטתו/ה.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מקרן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40–45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מחויבות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14: מחויבות אישית כולל "מתי אני מתחיל/ה בפועל". כרטיס יציאה.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דף רפלקציה</w:t>
            </w:r>
          </w:p>
        </w:tc>
      </w:tr>
    </w:tbl>
    <w:p>
      <w:pPr>
        <w:bidi w:val="1"/>
        <w:spacing w:after="0"/>
        <w:jc w:val="right"/>
      </w:pPr>
    </w:p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⏱️ שיעור כפול – 90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636"/>
        <w:gridCol w:w="2636"/>
        <w:gridCol w:w="2636"/>
        <w:gridCol w:w="2636"/>
      </w:tblGrid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דקות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שלב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מה עושים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חומרים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0–8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פתיחה וסקר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1–3: סקר, חשיפה, עקומת השכחה ו"אשליית השטף".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מקרן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8–18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גנבי הזמן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4 + חידון. בדיקת "זמן מסך" בטלפון (מי שמוכן/ה) ושיחה: מה הייתי עושה עם שעה נוספת ביום?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חידון באתר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18–28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עוגת היום שלי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5: מילוי העוגה ליום לימודים רגיל. איפה אפשר "למצוא" זמן ללמידה בלי לוותר על שינה?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עוגת הזמן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28–45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לוח בגרויות ותכנון לאחור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6–7: רמזור נושאים לכל מקצוע, ואז תכנית במתכנן (תכנית לכל בגרות) או בדף "ספירה לאחור". לוח שבועי שמשלב שני מקצועות.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מתכנן / דפים להדפסה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45–50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הפסקה פעילה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הדגמת הפסקת פומודורו טובה (שקופית 8).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—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50–65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מעבדת שיטות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9–10: בקבוצות, כל קבוצה מקבלת כרטיס שיטה ומתרגלת אותה על חומר אמיתי (שאלה מבחינה קודמת, מושגים, תאריכים), ומציגה לכיתה בדקה. אחר כך "מתאימים שיטה".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כרטיסי שיטות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65–72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שאלון העדפות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שקופית 11: שאלון בטלפון + דיון: למה "סגנון למידה" לבדו לא מספיק, ואיך משלבים.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שאלון באתר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72–80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יום הבגרות וחוסן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שקופיות 12–13: הכנות מהערב, קריאת הוראות שאלון, חלוקת זמן לפי ניקוד. נשימת קופסה ומשפט דיבור עצמי.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מקרן</w:t>
            </w:r>
          </w:p>
        </w:tc>
      </w:tr>
      <w:tr>
        <w:tc>
          <w:tcPr>
            <w:tcW w:type="dxa" w:w="105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80–90</w:t>
            </w:r>
          </w:p>
        </w:tc>
        <w:tc>
          <w:tcPr>
            <w:tcW w:type="dxa" w:w="168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"הבגרות שלי" ומחויבות</w:t>
            </w:r>
          </w:p>
        </w:tc>
        <w:tc>
          <w:tcPr>
            <w:tcW w:type="dxa" w:w="5905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דף "המבחן שלי" + שקופית 14. אפשר לקבוע שיחת מעקב קצרה אחרי הבגרות (דף הרפלקציה, חלק ב').</w:t>
            </w:r>
          </w:p>
        </w:tc>
        <w:tc>
          <w:tcPr>
            <w:tcW w:type="dxa" w:w="1898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דף רפלקציה</w:t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🔬 רקע מחקרי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שליפה ובוחן עצמי מחזקים זיכרון יותר מקריאה חוזרת (Roediger &amp; Karpicke, 2006).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חזרה מרווחת משפרת שימור לעומת למידה מרוכזת (Cepeda ועמיתים, 2006).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בוחן עצמי וחזרה מרווחת דורגו כיעילים ביותר; הדגשה וקריאה חוזרת – כיעילים פחות (Dunlosky ועמיתים, 2013).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לא נמצאו ראיות שהתאמת ההוראה ל"סגנון למידה" משפרת הישגים (Pashler ועמיתים, 2008) – לכן מציגים העדפות ומשלבים שיטות מוכחות.</w:t>
      </w:r>
    </w:p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