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666666"/>
          <w:sz w:val="20"/>
          <w:rtl w:val="1"/>
          <w:szCs w:val="20"/>
        </w:rPr>
        <w:t>🔴 חט"ע · כיתות י–יב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3B73"/>
          <w:sz w:val="36"/>
          <w:rtl w:val="1"/>
          <w:szCs w:val="36"/>
          <w:bCs/>
        </w:rPr>
        <w:t>📅 הלוח השבועי שלי – לקראת תקופת בגרויות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  <w:gridCol w:w="5159"/>
      </w:tblGrid>
      <w:tr>
        <w:tc>
          <w:tcPr>
            <w:tcW w:type="dxa" w:w="515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שבוע: ______________</w:t>
            </w:r>
          </w:p>
        </w:tc>
        <w:tc>
          <w:tcPr>
            <w:tcW w:type="dxa" w:w="515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המטרה שלי השבוע: ______________</w:t>
            </w:r>
          </w:p>
        </w:tc>
      </w:tr>
    </w:tbl>
    <w:p>
      <w:pPr>
        <w:bidi w:val="1"/>
        <w:spacing w:after="0"/>
        <w:jc w:val="right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1935"/>
        <w:gridCol w:w="1935"/>
        <w:gridCol w:w="1935"/>
        <w:gridCol w:w="1935"/>
        <w:gridCol w:w="1935"/>
        <w:gridCol w:w="1935"/>
        <w:gridCol w:w="1935"/>
        <w:gridCol w:w="1935"/>
      </w:tblGrid>
      <w:t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ראשון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שני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שלישי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רביעי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חמישי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שישי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מוצ"ש</w:t>
            </w:r>
          </w:p>
        </w:tc>
      </w:tr>
      <w:tr>
        <w:trPr>
          <w:trHeight w:val="85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📌 מבחנים ומטלות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85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📖 משימת למידה 1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85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📖 משימת למידה 2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85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📄 בחינה קודמת / תרגול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85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💪 השיטה שלי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85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🍅 כמה פומודורו?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850"/>
        </w:trPr>
        <w:tc>
          <w:tcPr>
            <w:tcW w:type="dxa" w:w="247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✔ בוצע?</w:t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85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7739"/>
        <w:gridCol w:w="7739"/>
      </w:tblGrid>
      <w:tr>
        <w:tc>
          <w:tcPr>
            <w:tcW w:type="dxa" w:w="77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🦹 גנב הזמן שלי השבוע: ______________</w:t>
            </w:r>
          </w:p>
        </w:tc>
        <w:tc>
          <w:tcPr>
            <w:tcW w:type="dxa" w:w="77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איך אעצור אותו: ______________</w:t>
            </w:r>
          </w:p>
        </w:tc>
      </w:tr>
    </w:tbl>
    <w:p>
      <w:pPr>
        <w:bidi w:val="1"/>
        <w:spacing w:after="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7739"/>
        <w:gridCol w:w="7739"/>
      </w:tblGrid>
      <w:tr>
        <w:tc>
          <w:tcPr>
            <w:tcW w:type="dxa" w:w="77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🌬️ מה אעשה ברגע של לחץ: ______________</w:t>
            </w:r>
          </w:p>
        </w:tc>
        <w:tc>
          <w:tcPr>
            <w:tcW w:type="dxa" w:w="77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🎁 התגמול שלי בסוף השבוע: ______________</w:t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7A4B00"/>
          <w:sz w:val="22"/>
          <w:rtl w:val="1"/>
          <w:szCs w:val="22"/>
        </w:rPr>
        <w:t>💡 לא לשכוח: שליפה מהזיכרון בסוף כל משימה · חזרה מרווחת · שינה טובה</w:t>
      </w:r>
    </w:p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 · מתכננים, לומדים, מצליחים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